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נרדפות או הפכים?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אלו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שמח ועצוב הפוכים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למשחק מעורב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(איטי)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משחקים זיכרון -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רמת קושי - מתחילים, מתקדמים או אלופים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סוג משחק - נרדפות, הפכים או מעורב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שני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הקלפים מתאימים כזוג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שמוצאים את כל הזוגות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נרדפות - רץ ומהיר; הפכים - פתוח וסגור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לחזור על אותה מילה ולהעשיר את הכתיבה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מהר, דוהר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משמעות דומה,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זיכרון עם כרטיסיות מילים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ברמת מתחילים לפני מעבר למתקדמים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להמציא בעצמם זוגות מילים נוספים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הזיכרון מחפשים זוגות של מילים - פעמים נרדפות (דומות במשמעות) ופעמים הפכים (הפוכות במשמעות). בדף הזה נתרגל לזהות את שני הסוגים.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נרדפות או הפכים?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שמח ועליז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גדול וקטן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יפה ונאה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חם וקר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מהר ומהיר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אור וחושך - אלו מילים...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'קטן' ו'גדול'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ו'עצוב'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הזיכרון צריך למצוא זוגות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'יפה' ו'מכוער'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במשחק גם זוגות נרדפות וגם זוגות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'אור'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מהמילה 'מהיר'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משחקים זיכרון -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שמוצאים את כל הזוגות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שני קלפים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הקלפים מתאימים כזוג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רמת קושי - מתחילים, מתקדמים או אלופים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סוג משחק - נרדפות, הפכים או מעורב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זוג מילים נרדפות וזוג מילים הפכים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לדעת מילים נרדפות כשכותבים 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ההפך מהמילה 'פתוח'?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למילה 'רץ'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