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ומילים הפכיות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זוגות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נרדפות או הפכים?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הפכים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אלו הפכים, לא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שמח ועצוב הפוכים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אלו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אפשרות למשחק מעורב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איטי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(איטי)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איך משחקים זיכרון -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רמת קושי - מתחילים, מתקדמים או אלופים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סוג משחק - נרדפות, הפכים או מעורב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הופכים שני 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הקלפים מתאימים כזוג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עד שמוצאים את כל הזוגות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נרדפות - רץ ומהיר; הפכים - פתוח וסגור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לא לחזור על אותה מילה ולהעשיר את הכתיבה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סגור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אפשריות: מהר, דוהר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 - משמעות דומה, הפכים - משמעות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במשחק זיכרון עם כרטיסיות מילים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ברמת מתחילים לפני מעבר למתקדמים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להמציא בעצמם זוגות מילים נוספים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שדומות במשמעות - נרדפות. ויש מילים הפוכות - הפכים. נתרגל למצוא אותן.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שהמשמעות שלהן דומה, כמו שמח ועליז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שהמשמעות שלהן הפוכה, כמו גדול וקטן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שמתאימות אחת לשנייה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שהמילה אומרת 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נראה או נשמע כמו משהו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 שונה, בכיוון הנגדי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נרדפות או הפכים?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שמח ועליז - דומות או הפוכות?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גדול וקטן - דומות או הפוכות?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יפה ונאה - דומות או הפוכות?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חם וקר - דומות או הפוכות?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מהר ומהיר - דומות או הפוכות?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אור וחושך - דומות או הפוכות?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'קטן' ו'גדול'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'שמח' ו'עצוב'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הזיכרון צריך למצוא זוגות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'יפה' ו'מכוער'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במשחק גם זוגות נרדפות וגם זוגות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מהמילה 'גדול'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נרדפת למילה 'שמח'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מהמילה 'חם'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נרדפת למילה 'יפה'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מהמילה 'אור'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ההפך מהמילה 'מהיר'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איך משחקים זיכרון -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הופכים שני קלפים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הקלפים מתאימים כזוג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עד שמוצאים את כל הזוגות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סוג משחק - נרדפות, הפכים או מעורב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רמת קושי - מתחילים, מתקדמים או אלופים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זוג מילים נרדפות וזוג מילים הפכים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לדעת מילים נרדפות כשכותבים טקסט?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ההפך מהמילה 'פתוח'?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נרדפת למילה 'רץ'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נרדפות להפכים?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