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שמח ועצוב הפוכים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זיכרון -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רמת קושי - מתחילים, מתקדמים או אלופים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משחק - נרדפות, הפכים או מעורב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שני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הקלפים מתאימים כזוג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נרדפות - רץ ומהיר; הפכים - פתוח וסגור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מהר, דוהר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משמעות דומה,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עם כרטיסיות מילים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ברמת מתחילים לפני מעבר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מילים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מחפשים זוגות של מילים - פעמים נרדפות (דומות במשמעות) ופעמים הפכים (הפוכות במשמעות). בדף הזה נתרגל לזהות את שני הסוגים.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קטן  ·  קר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שמח ועליז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גדול וקטן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יפה ונאה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'קטן' ו'גדול'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ו'עצוב'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הזיכרון צריך למצוא זוגות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מהמילה 'חם'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משחקים זיכרון -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הקלפים מתאימים כזוג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רמת קושי - מתחילים, מתקדמים או אלופים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סוג משחק - נרדפות, הפכים או מעורב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שני קלפים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זוג מילים נרדפות וזוג מילים הפכים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ההפך מהמילה 'פתוח'?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נרדפת למילה 'רץ'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